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«Клинцовский автокрановый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"Клинцовский автокрановый завод" (подробнее) Ответчики: ФГУП "ВСЕРОССИЙСКИЙ НАУЧНО-ИССЛЕДОВАТЕЛЬСКИЙ ИНСТИТУТ АВТОМАТИКИ ИМ.Н.Л.ДУХОВА"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