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Уральского округа от 13.11.2023 по делу № А34-2314/2023 Арбитражного суда Курганской области отменить. Постановление Восемнадцатого арбитражного апелляционного суда от 28.07.2023 по указанному делу оставить в силе. Председательствующий судья Ю.Г. Иваненко Судья А.Г. Першутов Судья Д.В. Тютин Суд: Верховный Суд РФ (подробнее) Истцы: ООО "Уралторгсервис" (подробнее) Ответчики: Управление Федеральной антимонопольной службы России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