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«Искра»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Государственного учреждения - регионального отделения Фонда социального страхования Российской Федерации по Республике Татарстан (подробнее) Ответчики: ООО "Искра", г.Казань (подробнее) Иные лица: Отделение Фонда пенсионного и социального страхования Российской Федерации по Республике Татарстан, г.Казань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