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муниципальным имуществом администрации города Дзержинска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Миронов Сергей Викторович (подробнее) Ответчики: Комитет по управлению муниципальным имуществом Администрации города Дзержинска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