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Межрайонной инспекции Федеральной налоговой службы N 15 по Воронежской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МИФНС №15 по Воронежской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