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Перепелкин Владислав Сергеевич (подробнее) Ответчики: ИБРАГИМ МАГОМЕДОВИЧ ТЕМУКУЕВ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