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«Управление мелиорации земель и сельскохозяйственного водоснабжения по Краснодарскому краю»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АНО "Центр судебных строительно-технических экспертиз и оценки зданий и сооружений" (подробнее) ООО "Агентство Независимой Оценки "НЭСКО" (подробнее) ООО ВЕКСТРОЙ-ЮГ (подробнее) Ответчики: ФГБУ "Управление "Кубаньмелиоводхоз"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