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Шустов Г.Н.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06.03.2024,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Шустова Григория Николаевича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