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«Объединенная энергетическая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ОАО "Объединенная энергетическая компания" (подробнее) Ответчики: ГУФССП России по СПБ (подробнее) СУДЕБНЫЙ ПРИСТАВ-ИСПОЛНИТЕЛЬ МЕЖРАЙОННОГО ОТДЕЛА ПО ИСПОЛНЕНИЮ ОСОБЫХ ИСПОЛНИТЕЛЬНЫХ ПРОИЗВОДСТВ ГУФССП РОССИИ ПРО СПБ - РАСТОВ АСЛАН МУРАТОВИЧ (подробнее) Иные лица: АО русал бокситогорск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