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ФЕДЕРАЛЬНОЕ ГОСУДАРСТВЕННОЕ БЮДЖЕТНОЕ ОБРАЗОВАТЕЛЬНОЕ УЧРЕЖДЕНИЕ "МЕЖДУНАРОДНЫЙ ДЕТСКИЙ ЦЕНТР "АРТЕК"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