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«Первая нерудная корпорация»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"ПЕРВАЯ НЕРУДНАЯ КОРПОРАЦИЯ" (подробнее) Ответчики: ООО Торговый Дом "Горный" (подробнее) Иные лица: ОАО "Российские железные дороги"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