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«Промтехкомплект»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"Газпром газораспределение Саранск" (подробнее) Ответчики: ООО "Промтехкомплект"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