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ДОРОЖНОГО ХОЗЯЙСТВА КРАСНОДАРСКОГО КРАЯ (подробнее) ООО БЮРО ЭКСПЕРТИЗ ПЕРСПЕКТИВА (подробнее) Ответчики: ООО "ДорМеталл"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