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Республики Марий Эл «Звениговская центральная районная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фонд обязательного медицинского страхования Республики Марий Эл, г.Йошкар-Ола (подробнее) Ответчики: Государственное учреждение "Территориальный фонд обязательного медицинского страхования Республики Татарстан", г.Казань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