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«УТК-Сталь»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Межрайонная инспекция ФНС №11 по Санкт-Петербургу (подробнее) ООО "УТК-Сталь" (подробнее) Ответчики: Межрайонная инспекция Федеральной налоговой службы №25 по Свердловской области (подробнее) Иные лица: Инспекция Федеральной налоговой службы №25 по г. Москве (подробнее) Межрайонная инспекция Федеральной налоговой службы №31 по Свердловской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