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14.05.2024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«Бизнес Альянс КМВ»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"Бизнес Альянс КМВ" (подробнее) Ответчики: Межрайонная инспекция Федеральной налоговой службы №9 по Ставропольскому краю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