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«ВВ-Строй»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"ВВ-СТРОЙ" (подробнее) Ответчики: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