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- Россети» в лице филиала Магистральные электрические сети Юга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"Федеральная сетевая компания - Россети" (подробнее) ПАО "Федеральная сетевая компания - Россети" в лице МЭС Юга (подробнее) Ответчики: Управление Федеральной антимонопольной службы по Ставропольскому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