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«Красный пролетарий»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"Завод подьемно-транспортного оборудования имени С.М. Кирова" (подробнее) Ответчики: АО "Красный пролетарий"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