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Шпилевской Елене Андреевне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