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Инспекции государственного строительного надзора Волгоградской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