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Белгородская таможня (подробнее) Иные лица: ООО "Газтех" (подробнее) ООО "Инстар Лоджистик" (подробнее) ООО "Стар Групп"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