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«Саморегулируемая организация «Союз Стройиндустрии Свердловской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