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Нефедова Дениса Алексеевича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