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ООО "Тайфун"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