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«Омский научно-исследовательский институт приборостроения»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"ОМСКИЙ НАУЧНО-ИССЛЕДОВАТЕЛЬСКИЙ ИНСТИТУТ ПРИБОРОСТРОЕНИЯ" (подробнее) Ответчики: АО "ВОЕНТЕЛЕКОМ"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