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Министерство социального развития, опеки и попечительства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