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 о предоставлении отсрочки уплаты государственной пошлины,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Парамонова Евгения Викторовича удовлетворить. Предоставить Парамонову Е.В.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