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Коми «Территориальный фонд обязательного медицинского страхования Республики Коми»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ГБУЗ РК "Территориальный фонд обязательного медицинского страхования РК" (подробнее) ГБУ Республики Коми ТФОМС (подробнее) Государственное бюджетное учреждение Республики Коми "Территориальный фонд обязательного медицинского страхования Республики Коми" (подробнее) Ответчики: Управление Федерального казначейства по Республике Коми (подробнее) Иные лица: Второй абиражный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