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«Лиговский»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"ЛИГОВСКИЙ" (подробнее) Ответчики: ГЛАВНОЕ УПРАВЛЕНИЕ ФЕДЕРАЛЬНОЙ СЛУЖБЫ СУДЕБНЫХ ПРИСТАВОВ ПО Г.Санкт-ПетербургУ (подробнее) Судебный пристав-исполнитель Центрального РОСП Марченко Юлия Александровна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