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Архангельской области «Управление делами» и индивидуальному предпринимателю ФИО1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Яркова Екатерина Николаевна (подробнее) Ответчики: Государственное казенное учреждение Архангельской области "Управление делами"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