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«Курс»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"Научно-производственное объединение "Курс" (подробнее) Ответчики: Межрайонной ИФНС России №13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