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«Пожкомплекс-ЮГ»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"ПОЖКОМПЛЕКС-ЮГ" (подробнее) Ответчики: АО "АльфаСтрахование"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