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Удмуртской Республике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"ЯНДЕКС" (подробнее) Ответчики: Управление Федеральной антимонопольной службы по Удмуртской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