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Ростовской области «Наркологический диспансер»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Государственное бюджетное учреждение Ростовской области "Наркологический диспансер" (подробнее) Ответчики: РОСТОВСКОЕ УФАС РОССИИ ПО РО (подробнее) Иные лица: ООО "ОЕМ-Сервис"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