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«ГЭОТАР-МЕД»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ГЭОТАР-МЕД (подробнее) Ответчики: Шереметьевская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