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общеобразовательному учреждению города Москвы «Школа № 978»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БЮДЖЕТНОЕ ОБЩЕОБРАЗОВАТЕЛЬНОЕ УЧРЕЖДЕНИЕ ГОРОДА МОСКВЫ "ШКОЛА №978" (подробнее) Ответчики: ГОСУДАРСТВЕННОЕ КАЗЕННОЕ УЧРЕЖДЕНИЕ ГОРОДА МОСКВЫ ЦЕНТР ЗАНЯТОСТИ НАСЕЛЕНИЯ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