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Санкт-Петербургскому государственному казенному учреждению «Фонд капитального строительства и реконструкции»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"Строй-Мастер" (подробнее) ООО "Юридическая фирма "Эконом-Эксперт" (подробнее) Ответчики: Санкт-Петербургское государственное казенное учреждение "Фонд капитального строительства и реконструкции" (подробнее) Иные лица: АНО "АБСОЛЮТ. Судебная экспертиза и оценка" (подробнее) ООО "Центр независимой профессиональной экспертизы "ПетроЭксперт" (подробнее) ООО "Центр независимой экспертизы "Петроградский эксперт" (подробнее) ООО "Центр оценки и консалтинга Санкт-Петербурга" (подробнее) ООО "Центр судебной экспертизы "Росэксперт" (подробнее) ООО "Экспертное бюро "Метод" (подробнее) ООО "Экспертный центр Северо-Запада"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