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«Тутаевский моторный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"Тутаевский моторный завод" (подробнее) Ответчики: МУНИЦИПАЛЬНОЕ БЮДЖЕТНОЕ УЧРЕЖДЕНИЕ "ЦЕНТР УПРАВЛЕНИЯ ЖИЛИЩНО-КОММУНАЛЬНЫМ КОМПЛЕКСОМ ТУТАЕВСКОГО МУНИЦИПАЛЬНОГО РАЙОНА"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