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«Дальневосточный союз промышленников»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"Дальневосточный союз промышленников"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Еврейской автономной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