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«ГЭОТАР-МЕД»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ГЭОТАР-МЕД (подробнее) Иные лица: ОСП ШЕРЕМЕТЬЕВСКАЯ ТАМОЖНЯ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