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Левде Валентине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