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Красноярское региональное отделение инвентаризации, кадастра и мониторинга зданий «Центр технической инвентаризации Красноярского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