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Тверской области «Торжокская центральная 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