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21.02.2024,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города Москвы «Жилищник района Тропарево-Никулино»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