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«Группа-Е»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"Группа-Е" (подробнее) Ответчики: Главное управление Министерства внутренних дел Российской Федерации по Ставропольскому краю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