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«Южный Таможенный Представитель»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"Южный таможенный представитель" "ЮТП" (подробнее) Ответчики: Дагестанская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