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«Угольная компания «Инская»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