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Новосибирской области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недействительной сделкой договора купли-продажи квартиры от 03.10.2014 и применении последствий недействительности сделки. Определением Арбитражного суда Новосибирской области от 02.10.2023 в удовлетворении заявления отказано. Постановлением Седьмого арбитражного апелляционного суда от 23.11.2023 определение суда первой инстанции оставлено без изменения. Арбитражный суд Западно-Сибирского округа постановлением от 09.02.2024 указанные судебные акты оставил без изменения. ООО «Аффито»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61.2 Федерального закона от 26.10.2002 № 127-ФЗ «О несостоятельности (банкротстве)», статьями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договор купли-продажи заключен за пределами периода подозрительности, установленного статьей 61.2 Федерального закона «О несостоятельности (банкротстве)», оснований для признания спорного договора притворной сделкой не установлено, презумпция добросовестности должника и участников сделки не опровергнута.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Западно-Сибирского округа (подробнее) МЕЖРАЙОННАЯ ИНСПЕКЦИЯ ФЕДЕРАЛЬНОЙ НАЛОГОВОЙ СЛУЖБЫ №18 ПО НОВОСИБИРСКОЙ ОБЛАСТИ (подробнее) МИНОВ ДМИТРИЙ ВЛАДИМИРОВИЧ (подробнее) ООО "Аффито" (подробнее) Отдел ЗАГС Калининского района г. Новосибирска (подробнее) УПРАВЛЕНИЕ ФЕДЕРАЛЬНОЙ СЛУЖБЫ ГОСУДАРСТВЕННОЙ РЕГИСТРАЦИИ, КАДАСТРА И КАРТОГРАФИИ ПО НОВОСИБИРСКОЙ ОБЛАСТИ УПРАВЛЕНИЕ РОСРЕЕСТРА ПО НОВОСИБИРСКОЙ ОБЛАСТИ (подробнее) Федеральная служба по интеллектуальной собственности (подробнее) Филиала ППК "Роскадастр" по Новосибирской области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