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предприятию «Ведомственная охрана железнодорожного транспорта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Федеральное государственное предприятие "Ведомственная охрана железнодорожного транспорта Российской Федерации"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